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0B7285"/>
          <w:sz w:val="40"/>
          <w:rtl/>
          <w:szCs w:val="40"/>
          <w:bCs/>
        </w:rPr>
        <w:t>🗣️ עברית לעולים: מדברים בקוביה – לוח משימות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🎯 אוצר מילים ושיחה יומיומית לעולים ולעולות</w:t>
      </w:r>
    </w:p>
    <w:p>
      <w:pPr>
        <w:bidi/>
        <w:jc w:val="right"/>
      </w:pPr>
      <w:r>
        <w:rPr>
          <w:rFonts w:ascii="Arial" w:hAnsi="Arial" w:cs="Arial"/>
          <w:sz w:val="22"/>
          <w:rtl/>
          <w:szCs w:val="22"/>
        </w:rPr>
        <w:t>איך משחקים: מגלגלים, מוצאים את השורה, בוחרים עמודה ומבצעים.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591"/>
        <w:gridCol w:w="3591"/>
        <w:gridCol w:w="3591"/>
        <w:gridCol w:w="3591"/>
      </w:tblGrid>
      <w:tr>
        <w:tc>
          <w:tcPr>
            <w:tcW w:type="dxa" w:w="3591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🎲</w:t>
            </w:r>
          </w:p>
        </w:tc>
        <w:tc>
          <w:tcPr>
            <w:tcW w:type="dxa" w:w="3591"/>
            <w:shd w:val="clear" w:fill="0b72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🟢 מילה</w:t>
            </w:r>
          </w:p>
        </w:tc>
        <w:tc>
          <w:tcPr>
            <w:tcW w:type="dxa" w:w="3591"/>
            <w:shd w:val="clear" w:fill="0b72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🟡 משפט</w:t>
            </w:r>
          </w:p>
        </w:tc>
        <w:tc>
          <w:tcPr>
            <w:tcW w:type="dxa" w:w="3591"/>
            <w:shd w:val="clear" w:fill="0b72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2"/>
                <w:rtl/>
                <w:szCs w:val="22"/>
                <w:bCs/>
              </w:rPr>
              <w:t>🔴 שיחה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⚀ 1  🙋 אני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אמרו: "שלום, קוראים לי ___".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2 משפטים: מאיפה אני ובן/בת כמה אני.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חבר/ה 3 שאלות היכרות וענו.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⚁ 2  👨‍👩‍👧 משפחה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אמרו 3 מילים: אמא, אבא, אח/אחות.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כתבו: "במשפחה שלי יש ___".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ספרו לחבר/ה על אדם אחד במשפחה: מי הוא/היא ומה הוא/היא אוהב/ת.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⚂ 3  🏫 בית ספר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הצביעו ואמרו: שולחן, כיסא, מחברת.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כתבו: "בתיק שלי יש ___".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וענו: "איפה ה___?" – על 3 חפצים בכיתה.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⚃ 4  🍎 אוכל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אמרו 3 מאכלים שאתם אוהבים.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כתבו: "אני אוהב/ת ___, אני לא אוהב/ת ___".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שחקו "בחנות": מוכר/ת וקונה – 4 משפטים.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⚄ 5  🕐 זמן ויום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אמרו את ימי השבוע: ראשון, שני, שלישי…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כתבו: "היום יום ___, מחר יום ___".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ספרו מה אתם עושים בבוקר, בצהריים ובערב.</w:t>
            </w:r>
          </w:p>
        </w:tc>
      </w:tr>
      <w:tr>
        <w:tc>
          <w:tcPr>
            <w:tcW w:type="dxa" w:w="3591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⚅ 6  😊 רגשות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הראו בפנים ואמרו: שמח, עצוב, כועס.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כתבו: "אני מרגיש/ה ___ כי ___".</w:t>
            </w:r>
          </w:p>
        </w:tc>
        <w:tc>
          <w:tcPr>
            <w:tcW w:type="dxa" w:w="3591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 חבר/ה "איך את/ה מרגיש/ה היום?" וענו בתגובה מתאימה.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7285"/>
          <w:sz w:val="40"/>
          <w:rtl/>
          <w:szCs w:val="40"/>
          <w:bCs/>
        </w:rPr>
        <w:t>🗣️ עברית לעולים: מדברים בקוביה – לוח פשוט (חנ״מ)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🔊 מקריאים בקול, בלי שעון. עמודה אחת.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🎲</w:t>
            </w:r>
          </w:p>
        </w:tc>
        <w:tc>
          <w:tcPr>
            <w:tcW w:type="dxa" w:w="7183"/>
            <w:shd w:val="clear" w:fill="0b72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30"/>
                <w:rtl/>
                <w:szCs w:val="30"/>
                <w:bCs/>
              </w:rPr>
              <w:t>🟢 מילה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⚀ 1  🙋 אני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אמרו: "שלום, קוראים לי ___".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⚁ 2  👨‍👩‍👧 משפחה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אמרו 3 מילים: אמא, אבא, אח/אחות.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⚂ 3  🏫 בית ספר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הצביעו ואמרו: שולחן, כיסא, מחברת.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⚃ 4  🍎 אוכל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אמרו 3 מאכלים שאתם אוהבים.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⚄ 5  🕐 זמן ויום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אמרו את ימי השבוע: ראשון, שני, שלישי…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30"/>
                <w:rtl/>
                <w:szCs w:val="30"/>
                <w:bCs/>
              </w:rPr>
              <w:t>⚅ 6  😊 רגשות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הראו בפנים ואמרו: שמח, עצוב, כועס.</w:t>
            </w:r>
          </w:p>
        </w:tc>
      </w:tr>
    </w:tbl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0B7285"/>
          <w:sz w:val="40"/>
          <w:rtl/>
          <w:szCs w:val="40"/>
          <w:bCs/>
        </w:rPr>
        <w:t>🗣️ עברית לעולים: מדברים בקוביה – לוח לעולים ולעולות</w:t>
      </w:r>
    </w:p>
    <w:p>
      <w:pPr>
        <w:bidi/>
        <w:jc w:val="right"/>
      </w:pPr>
      <w:r>
        <w:rPr>
          <w:rFonts w:ascii="Arial" w:hAnsi="Arial" w:cs="Arial"/>
          <w:sz w:val="26"/>
          <w:rtl/>
          <w:szCs w:val="26"/>
        </w:rPr>
        <w:t>📖 מילון קטן: 👋 שלום – מילה לפגישה   |   👨‍👩‍👧 משפחה – אמא, אבא, אחים   |   🏫 בית ספר – מקום שלומדים בו   |   🍎 אוכל – מה שאוכלים   |   📅 יום – ראשון, שני…   |   😊 שמח – מרגיש טוב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7183"/>
        <w:gridCol w:w="7183"/>
      </w:tblGrid>
      <w:tr>
        <w:tc>
          <w:tcPr>
            <w:tcW w:type="dxa" w:w="7183"/>
            <w:shd w:val="clear" w:fill="495057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🎲</w:t>
            </w:r>
          </w:p>
        </w:tc>
        <w:tc>
          <w:tcPr>
            <w:tcW w:type="dxa" w:w="7183"/>
            <w:shd w:val="clear" w:fill="0b728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color w:val="FFFFFF"/>
                <w:sz w:val="28"/>
                <w:rtl/>
                <w:szCs w:val="28"/>
                <w:bCs/>
              </w:rPr>
              <w:t>🟢 מילה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⚀ 1  🙋 אני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אמרו: "שלום, קוראים לי ___".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⚁ 2  👨‍👩‍👧 משפחה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אמרו 3 מילים: אמא, אבא, אח/אחות.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⚂ 3  🏫 בית ספר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הצביעו ואמרו: שולחן, כיסא, מחברת.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⚃ 4  🍎 אוכל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אמרו 3 מאכלים שאתם אוהבים.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⚄ 5  🕐 זמן ויום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אמרו את ימי השבוע: ראשון, שני, שלישי…</w:t>
            </w:r>
          </w:p>
        </w:tc>
      </w:tr>
      <w:tr>
        <w:tc>
          <w:tcPr>
            <w:tcW w:type="dxa" w:w="7183"/>
            <w:shd w:val="clear" w:fill="F1F3F5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⚅ 6  😊 רגשות</w:t>
            </w:r>
          </w:p>
        </w:tc>
        <w:tc>
          <w:tcPr>
            <w:tcW w:type="dxa" w:w="718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הראו בפנים ואמרו: שמח, עצוב, כועס.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737" w:right="737" w:bottom="737" w:left="73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עברית לעולים: מדברים בקוביה – לוח משימות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