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3B5BDB"/>
          <w:sz w:val="40"/>
          <w:rtl/>
          <w:szCs w:val="40"/>
          <w:bCs/>
        </w:rPr>
        <w:t>✖️ חשבון וכפל בקוביה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תרגול עובדות חיבור, חיסור וכפל דרך המספר שיוצא בקוביה (בונוס ליסודי)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3b5bd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➕ חיבור וחיסור</w:t>
            </w:r>
          </w:p>
        </w:tc>
        <w:tc>
          <w:tcPr>
            <w:tcW w:type="dxa" w:w="3591"/>
            <w:shd w:val="clear" w:fill="3b5bd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✖️ כפל</w:t>
            </w:r>
          </w:p>
        </w:tc>
        <w:tc>
          <w:tcPr>
            <w:tcW w:type="dxa" w:w="3591"/>
            <w:shd w:val="clear" w:fill="3b5bd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🧩 בעיה מילולית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 + 9 = ___ ;  11 − 1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 × 7 = ___ ;  1 × 10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עיפרון 1 על השולחן ועוד 8 בקופסה. כמה עפרונות יש?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+ 8 = ___ ;  12 − 2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× 6 = ___ ;  2 × 9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לכל ילד/ה יש 2 כפפות. כמה כפפות יש ל־5 ילדים?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+ 7 = ___ ;  13 − 3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× 4 = ___ ;  3 × 8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שקית 3 תפוחים. כמה תפוחים יש ב־6 שקיות?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 + 6 = ___ ;  14 − 4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 × 5 = ___ ;  4 × 7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לכל כיסא 4 רגליים. כמה רגליים יש ל־3 כיסאות?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+ 5 = ___ ;  15 − 5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× 3 = ___ ;  5 × 6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יד 5 אצבעות. כמה אצבעות יש ב־4 ידיים?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 + 4 = ___ ;  16 − 6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 × 6 = ___ ;  6 × 9 = 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קופסת ביצים יש 6 ביצים. כמה ביצים יש ב־5 קופסאות?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3B5BDB"/>
          <w:sz w:val="40"/>
          <w:rtl/>
          <w:szCs w:val="40"/>
          <w:bCs/>
        </w:rPr>
        <w:t>✖️ חשבון וכפל בקוביה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3b5bd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➕ חיבור וחיסור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1 + 9 = ___ ;  11 − 1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2 + 8 = ___ ;  12 − 2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3 + 7 = ___ ;  13 − 3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4 + 6 = ___ ;  14 − 4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5 + 5 = ___ ;  15 − 5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6 + 4 = ___ ;  16 − 6 = ___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3B5BDB"/>
          <w:sz w:val="40"/>
          <w:rtl/>
          <w:szCs w:val="40"/>
          <w:bCs/>
        </w:rPr>
        <w:t>✖️ חשבון וכפל בקוביה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➕ ועוד – חיבור   |   ➖ פחות – חיסור   |   ✖️ כפול – כפל   |   🟰 שווה – התשובה   |   🔢 כמה? – שאלה על מספר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3b5bd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➕ חיבור וחיסור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 + 9 = ___ ;  11 − 1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 + 8 = ___ ;  12 − 2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 + 7 = ___ ;  13 − 3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 + 6 = ___ ;  14 − 4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5 + 5 = ___ ;  15 − 5 = ___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6 + 4 = ___ ;  16 − 6 = ___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חשבון וכפל בקוביה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