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7048E8"/>
          <w:sz w:val="40"/>
          <w:rtl/>
          <w:szCs w:val="40"/>
          <w:bCs/>
        </w:rPr>
        <w:t>🧩 חלקי הדיבר בקוביה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זיהוי חלקי הדיבר ושימוש בהם בכתיבה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7048e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בסיס</w:t>
            </w:r>
          </w:p>
        </w:tc>
        <w:tc>
          <w:tcPr>
            <w:tcW w:type="dxa" w:w="3591"/>
            <w:shd w:val="clear" w:fill="7048e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מתקדם</w:t>
            </w:r>
          </w:p>
        </w:tc>
        <w:tc>
          <w:tcPr>
            <w:tcW w:type="dxa" w:w="3591"/>
            <w:shd w:val="clear" w:fill="7048e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📦 שם עצם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בטקסט 3 שמות עצם וסמנו אותם.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עם 2 שמות עצם מהטקסט.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הפכו 3 שמות עצם מהטקסט לצירופי סמיכות (למשל: גג ← גג הבניין).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🎨 שם תואר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שמות תואר ומתחו חץ לשם העצם שהם מתארים.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חפץ בכיתה ב־3 שמות תואר.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2 משפטים: תואר בזכר ותואר בנקבה, ובדקו התאמה במין ובמספר.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🏃 פועל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פעלים וכתבו את הזמן של כל אחד.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פעלים שמתארים מה עשיתם הבוקר.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פועל מהטקסט וכתבו אותו בעבר, בהווה ובעתיד.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⏱️ תואר הפועל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מילה שמתארת איך, מתי או איפה קרתה פעולה.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הוסיפו תואר פועל (מהר, בשקט, אתמול) ל־2 משפטים.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2 משפטים עם תואר פועל בתבנית בְּ + שם (בזהירות, בשמחה).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🔗 מילת יחס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3 מילות יחס (על, אל, עם, ב־, ל־).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מילת היחס "של" בגופים: שלי, שלך, ___, ___.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3 משפטים עם מילות יחס נטויות (לי, ממנו, אליהם).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⭐ בחירה חופשית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משפט מהטקסט וסמנו בצבעים: שם עצם, תואר, פועל.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חידה: "אני חלק דיבר ש…" – והחברים מנחשים.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שבו מופיעים שם עצם, שם תואר, פועל, תואר הפועל ומילת יחס.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7048E8"/>
          <w:sz w:val="40"/>
          <w:rtl/>
          <w:szCs w:val="40"/>
          <w:bCs/>
        </w:rPr>
        <w:t>🧩 חלקי הדיבר בקוביה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7048e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📦 שם עצם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בטקסט 3 שמות עצם וסמנו אותם.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🎨 שם תואר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3 שמות תואר ומתחו חץ לשם העצם שהם מתארים.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🏃 פועל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3 פעלים וכתבו את הזמן של כל אחד.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⏱️ תואר הפועל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מילה שמתארת איך, מתי או איפה קרתה פעולה.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🔗 מילת יחס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מצאו 3 מילות יחס (על, אל, עם, ב־, ל־).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⭐ בחירה חופשית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בחרו משפט מהטקסט וסמנו בצבעים: שם עצם, תואר, פועל.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7048E8"/>
          <w:sz w:val="40"/>
          <w:rtl/>
          <w:szCs w:val="40"/>
          <w:bCs/>
        </w:rPr>
        <w:t>🧩 חלקי הדיבר בקוביה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📦 שם עצם – שם של דבר, אדם או מקום   |   🎨 שם תואר – מילה שמתארת: גדול, ירוק   |   🏃 פועל – מילה של פעולה: רץ, שותל   |   🔗 מילת יחס – מילה קטנה שמחברת: על, עם, ב־   |   📝 משפט – כמה מילים יחד עם רעיון אחד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7048e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📦 שם עצם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בטקסט 3 שמות עצם וסמנו אותם.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🎨 שם תואר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3 שמות תואר ומתחו חץ לשם העצם שהם מתארים.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🏃 פועל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3 פעלים וכתבו את הזמן של כל אחד.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⏱️ תואר הפועל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מילה שמתארת איך, מתי או איפה קרתה פעולה.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🔗 מילת יחס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מצאו 3 מילות יחס (על, אל, עם, ב־, ל־).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⭐ בחירה חופשית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בחרו משפט מהטקסט וסמנו בצבעים: שם עצם, תואר, פועל.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חלקי הדיבר בקוביה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